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התמדה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"התמדה"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🐢 התמדה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וּמַצְלִיחִים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התמדה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🐢 🔁 🏁  משפט השבוע: מְנַסִּים שׁוּב וְשׁוּב, וּמַצְלִיחִים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מַמְצִיאִים  |  וּמַצְלִיחִים  |  שׁוֹאֲלִים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"מְנַסִּים שׁוּב וְשׁוּב, וּמַצְלִיחִים"?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🔍 סקרנות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🐢 התמדה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לנסות שוב משהו שלא הצליח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להתאמן בכל יום חמש דקות בקריאה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מְנַסִּים שׁוּב וְשׁוּב,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עזר ליוסף להצליח בסוף?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להתאמן בכל יום חמש דקות בקריאה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התמדה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