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התמדה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"התמדה"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try / пытаться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again / снова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practice / тренироваться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goal / цель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שמצליחים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התמדה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התמדה זה לא לוותר. מנסים עוד פעם ועוד פעם, עד שמצליחים.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 · пытаться · መሞከር · يحاول · essayer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again · снова · እንደገና · مرة أخرى · encore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להתאמן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practice · тренироваться · መለማመድ · يتدرب · s'entraîner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goal · цель · ግብ · هدف · but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לנסות  |  שוב  |  להתאמן  |  מטרה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again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לנסות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להתאמן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practice / тренироваться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try / пытаться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להתאמן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again / снова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goal / цель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התמדה זה לא לוותר. מנסים עוד פעם ועוד פעם, עד 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"לנסות".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עזר ליוסף להצליח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להתאמן בכל יום חמש דקות בקריאה / לנסות שוב משהו שלא הצליח לי)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התמדה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